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הצגה עצמית 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נכונים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לראיונות שונים כמו מגמה, עבודה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צעדים פשוטים וכרטיסי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רמה מיוחדת לעולים עם ניקוד ומילון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סימולטור, חידון, חדר בריחה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מתאים גם למגמה, מכינה ומלגה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מוזכרות חוברות תלמיד ומהדורות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חלק מיוחד למורה עם הנחיות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מוזכרים שלושה שיעורים של 45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סימולטור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(ראיון למגמה ולתיכון)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(תוכניות, מכינות ומלגות)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(עברית עם ניקוד ומילון)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(צעדים פשוטים וכרטיסי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(60 שאלות עם תשובות לדוגמה)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רמה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את הנושאים והכללים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מתרגלים בסימולטור ובמשחקים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מוכנים לראיון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תחום עניין, יכולת או תכונה חיובית, ודוגמה קצרה שמדגימה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סבירות כמו למה בחרת בתחום הזה, עם תשובה קצרה והגיונית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הכנה כוללת למידת כללים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חנ״מ - צעדים פשוטים, או עולים - עברית עם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היא טקסט שמספרים, סימולטור הוא תרגול של שיחה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הרמה המתאימה להם (חט״ב, חט״ע, עולים, חנ״מ)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ההצגה העצמית שנכתבה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 תפקידים בכיתה כהמשך לתרגול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יכול להיות לקראת מגמה, תוכנית לימודים, מכינה, עבודה ראשונה או מלגה. הכנה טובה כוללת למידת כללים, בניית הצגה עצמית ותרגול בדוגמאות.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בעיקר מתכוננים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לראיונות שונים כמו מגמה, עבודה ומלגה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למבחן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לטיול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למסיבת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אחד הדברים שמתרגלים כדי להתכונן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רמות שונות יש באתר לפי הגיל והצורך?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מתאים לתלמידי חינוך מיוחד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צעדים פשוטים וכרטיסי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ללא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נושאים יש בחלק הלמידה?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יש במאגר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מוצעים גם ראיונות לעולים חדשים עם עברית מנוקדת ומילון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כאן אפשרות לתרגל ראיון בצורה משחקית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מיועד רק לראיונות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גם חומרים להדפסה עבור תלמידים ומורים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עזרה למורים בדף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גם מערכי שיעור מוכנים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ראיון חשוב להתכונן ולבנות הצגה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רמת __________ מיועדת לתלמידים בכיתה ט׳ שמתכוננים לראיון למגמה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במאגר יש 60 שאלות עם תשובות __________ וטיפים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אפשר לתרגל ראיון אמיתי בעזרת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החומרים להדפסה כוללים חוברות תלמיד ומהדורות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מהמשחקים באתר הם חידון וחדר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חט״ב כיתה ט׳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תוכניות, מכינות ומלגות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חט״ע י׳-י״ב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עם ניקוד ומילון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60 שאלות עם תשובות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למגמה ולתיכון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מאגר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צעדים פשוטים וכרטיסי 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את הנושאים והכללים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הצגה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מוכנים לראיון האמיתי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בסימולטור ובמשחקים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קצרה של כמה משפטים, כאילו אתם מתכוננים לראיון למגמה או לתוכנית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שאלות שלדעתכם עשויים לשאול אתכם בראיון, ואיך הייתם עונים עליהן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לרמה אחת המוצעת באתר ולמי היא מתאימה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הצגה עצמית לסימולטור?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