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ההכנה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הצגה עצמית משכנעת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התנהגות נכונים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לראיונות שונים כמו מגמה, עבודה ומלגה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הצגה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צעדים פשוטים וכרטיסי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60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רמה מיוחדת לעולים עם ניקוד ומילון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סימולטור, חידון, חדר בריחה ומשחק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הדף מתאים גם למגמה, מכינה ומלגה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מוזכרות חוברות תלמיד ומהדורות למורה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חלק מיוחד למורה עם הנחיות והערכה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מוזכרים שלושה שיעורים של 45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חטיבה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סימולטור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בריחה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(ראיון למגמה ולתיכון)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(תוכניות, מכינות ומלגות)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(עברית עם ניקוד ומילון)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(צעדים פשוטים וכרטיסי 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(60 שאלות עם תשובות לדוגמה)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רמה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 את הנושאים והכללים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בונים הצגה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מתרגלים בסימולטור ובמשחקים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מגיעים מוכנים לראיון האמיתי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שם, תחום עניין, יכולת או תכונה חיובית, ודוגמה קצרה שמדגימה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שאלות סבירות כמו למה בחרת בתחום הזה, עם תשובה קצרה והגיונית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הכנה כוללת למידת כללים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דוגמה: חנ״מ - צעדים פשוטים, או עולים - עברית עם 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הצגה עצמית היא טקסט שמספרים, סימולטור הוא תרגול של שיחה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לפי הרמה המתאימה להם (חט״ב, חט״ע, עולים, חנ״מ)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ההצגה העצמית שנכתבה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להיעזר במשחק תפקידים בכיתה כהמשך לתרגול שבדף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ראיון הוא שיחה חשובה. לפני ראיון צריך להתכונן, ללמוד כללים ולתרגל מה נגיד.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אותנו שאלות כדי להכיר אותנו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הצגה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משפטים קצרים שמספרים מי אנחנו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לימוד לפני צבא או לימודים גבוהים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שנותנים לתלמיד או סטודנט כדי לעזור לו ללמוד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סימולטור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תרגול של ראיון אמיתי, כמו 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ביטחון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טובה וחזקה לגבי מי שאנחנו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 משכנעת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שמוכיח משהו טוב עלינו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לימוד מיוחד בבית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בשביל מה הדף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לראיונות שונים כמו מגמה, עבודה ומלגה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למבחן בחשבון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לטיול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למסיבת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מתרגלים?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הצגה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קבוצות גיל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מתאים לחינוך 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מאמר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צעדים פשוטים וכרטיסי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שאלון ללא עזרה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נושאים יש ללמוד?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שאלות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מוצעים גם ראיונות לעולים חדשים עם עברית מנוקדת ומילון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כאן אפשרות לתרגל ראיון בצורה משחקית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הדף מיועד רק לראיונות 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גם חומרים להדפסה עבור תלמידים ומורים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עזרה למורים בדף הזה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גם מערכי שיעור מוכנים באתר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ראיון חשוב להתכונן ולבנות הצגה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רמת __________ מיועדת לתלמידים בכיתה ט׳ שמתכוננים לראיון למגמה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במאגר יש 60 שאלות עם תשובות __________ וטיפים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באתר אפשר לתרגל ראיון אמיתי בעזרת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החומרים להדפסה כוללים חוברות תלמיד ומהדורות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חלק מהמשחקים באתר הם חידון וחדר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חט״ב כיתה ט׳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צעדים פשוטים וכרטיסי תמונה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חט״ע י׳-י״ב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עברית עם ניקוד ומילון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תוכניות, מכינות ומלגות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60 שאלות עם תשובות לדוגמה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מאגר שאלות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ראיון למגמה ולתיכון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מוכנים לראיון האמיתי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רמה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מתרגלים בסימולטור ובמשחקים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לומדים את הנושאים והכללים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בונים הצגה עצמית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הצגה עצמית קצרה של כמה משפטים, כאילו אתם מתכוננים לראיון למגמה או לתוכנית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שאלות שלדעתכם עשויים לשאול אתכם בראיון, ואיך הייתם עונים עליהן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לפני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לרמה אחת המוצעת באתר ולמי היא מתאימה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הצגה עצמית לסימולטור?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