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הצגה עצמית 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התנהגות נכונים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לראיונות שונים כמו מגמה, עבודה ומלגה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הצגה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רמה מיוחדת לעולים עם ניקוד ומילון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סימולטור, חידון, חדר בריחה ומשחק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מתאים גם למגמה, מכינה ומלגה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חטיבה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(ראיון למגמה ולתיכון)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(תוכניות, מכינות ומלגות)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(עברית עם ניקוד ומילון)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(צעדים פשוטים וכרטיסי תמונה)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רמה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 את הנושאים והכללים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בונים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מתרגלים בסימולטור ובמשחקים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שם, תחום עניין, יכולת או תכונה חיובית, ודוגמה קצרה שמדגימה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הכנה כוללת למידת כללים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חנ״מ - צעדים פשוטים, או עולים - עברית עם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עצמית היא טקסט שמספרים, סימולטור הוא תרגול של שיחה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לפי הרמה המתאימה להם (חט״ב, חט״ע, עולים, חנ״מ)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ההצגה העצמית שנכתבה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במשחק תפקידים בכיתה כהמשך לתרגול שבדף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ראיון יכול להיות לקראת מגמה, תוכנית לימודים, מכינה, עבודה ראשונה או מלגה. הכנה טובה כוללת למידת כללים, בניית הצגה עצמית ותרגול בדוגמאות.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עצמית  ·  לדוגמה  ·  חטיבה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בעיקר מתכוננים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לראיונות שונים כמו מגמה, עבודה ומלגה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למבחן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לטיול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אחד הדברים שמתרגלים כדי להתכונן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הצגה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מוצעים גם ראיונות לעולים חדשים עם עברית מנוקדת ומילון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אין כאן אפשרות לתרגל ראיון בצורה משחקית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הדף מיועד רק לראיונות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ראיון חשוב להתכונן ולבנות הצגה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רמת __________ מיועדת לתלמידים בכיתה ט׳ שמתכוננים לראיון למגמה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במאגר יש 60 שאלות עם תשובות __________ וטיפים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חט״ב כיתה ט׳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צעדים פשוטים וכרטיסי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חט״ע י׳-י״ב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ראיון למגמה ולתיכון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תוכניות, מכינות ומלגות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עברית עם ניקוד ומילון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בונים הצגה עצמית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מתרגלים בסימולטור ובמשחקים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רמה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לומדים את הנושאים והכללים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הצגה עצמית קצרה של כמה משפטים, כאילו אתם מתכוננים לראיון למגמה או לתוכנית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לעשות לפני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לרמה אחת המוצעת באתר ולמי היא מתאימה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